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משימות לוח הבחירה ואת רמות הקושי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משפחתי ולאיסוף מידע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חפצים, סיפורים ומתכונים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 של שלוש 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מסומנת בצהוב,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מסומנת בצבע אדום - אתגר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(בינוני - חובה)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הכנה לראיון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בן משפחה שתרצו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 רשימה של לפחות 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ערכו את הראיון ורשמו את התשובות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חפץ, יתאר אותו ויציין קשר משפחתי וסיפור קצר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- חובה ועוד שתיים ביצירת 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ירוק=קל, אדום=אתגר (קושי גבוה יותר)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ראיון, מתכון משפחתי או סימון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ולתרגל יחד את זיהוי רמות הקושי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אחת מהמשפחה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המסומנות skip_n מתאימות פחות לכיתת החינוך המיוחד וניתן להשמיטן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יש תשעה משימות בשלוש רמות קושי, ועליכם לבחור את משימת החובה ועוד שתיים כך שייווצר קו. דף זה מתרגל את התוכן של המשימות עצמן.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ירוק  ·  חובה  ·  אדום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משימות יש בלוח הבחירה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משימה נמצאת במרכז הלוח ומסומנת כחובה?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לדור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כדי לסיים את הלוח צריך ליצור...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ריבוע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 של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החובה מסומנת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ליצור קו גם באלכסון, לא רק בשורה או טור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'קפסולת זמן' שייכת לרמת הקושי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לסיים את הלוח צריך לבחור את משימת ה__________ ועוד שתי משימות בקו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משימה בצבע __________ נחשבת למשימה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משימה בצבע __________ נחשבת למשימת אתגר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משימה לרמת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ציור חפץ משפחתי וכותרת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עם בן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כתיבת מכתב לדור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3 מילים שמתארות את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בינוני - חובה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הכנה לראיון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ערכו את הראיון ורשמו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זמן נוח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הכינו רשימה של לפחות 5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בן משפחה שתרצו לראיין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משפחתי (אמיתי או מדומיין) וכתבו עליו 4-5 משפטים: מה הוא,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משימות צריך לבחור בסך הכל כדי להשלים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הצבע הירוק לצבע האדום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–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