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– אלבום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משימות לוח הבחירה ואת רמות הקושי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לראיון משפחתי ולאיסוף מידע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חפצים, סיפורים ומתכונים משפחתיים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ראיון עם בן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קו של שלוש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משימת החובה מסומנת בצהוב, במרכז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בהוראות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מסומנת בצבע אדום - 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רק משימת חובה אחת, במרכז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אחת ממשימות האתגר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משימה לרמת 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(בינוני - חובה)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(אתגר)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(אתגר)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הכנה לראיון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בן משפחה שתרצו לראיין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הכינו רשימה של לפחות 5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קבעו זמן נוח לשיחה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ערכו את הראיון ורשמו את התשובות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סכמו מה למדתם על בן המשפחה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חפץ, יתאר אותו ויציין קשר משפחתי וסיפור קצר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יבחר שתי משימות נוספות שיוצרות קו עם המשימה המרכזית ויסביר העדפה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משימות - חובה ועוד שתיים ביצירת 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ירוק=קל, אדום=אתגר (קושי גבוה יותר)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ראיון, מתכון משפחתי או סימון 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הלוח בכיתה ולתרגל יחד את זיהוי רמות הקושי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דוגמה אחת מהמשפחה שלהם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משימות המסומנות skip_n מתאימות פחות לכיתת החינוך המיוחד וניתן להשמיטן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– אלבום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לוח עם 9 משימות. צריך לבחור משימת חובה ועוד שתי משימות בקו ישר. הדף הזה מתרגל את המשימות.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עם משימות שונות שבוחרים מהן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משימת חובה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שחייבים לבחור, נמצאת במרכז הלוח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משימות ברצף - שורה, טור או אלכסון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עם שאלות כדי ללמוד על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חפץ משפחתי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ישן ששייך למשפחה ויש לו 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קפסולת 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חפצים שסוגרים כדי שיישמר לעתיד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 קודם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הורים, סבים וסבתות - מי שהיה לפנינו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משימות יש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משימה היא משימת חובה?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ציור חפץ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ראיון עם בן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לדור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צריך ליצור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ריבוע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 של שלוש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רשימה של כל המשימות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צבע = 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שאלות צריך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החובה מסומנת בצבע אדום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ליצור קו גם באלכסון, לא רק בשורה או טור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'קפסולת זמן' שייכת לרמת הקושי הגבוהה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יש שתי משימות חובה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המשימות מבקשת לכתוב מכתב לבן משפחה מדור קודם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לסיים את הלוח צריך לבחור את משימת ה__________ ועוד שתי משימות בקו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משימה בצבע __________ נחשבת למשימה קלה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משימה בצבע __________ נחשבת למשימת 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באחת המשימות צריך לכתוב את סיפור החפץ מנקודת המבט שלו, למשל 'אני ה__________'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משימת ה__________ המשפחתי דורשת לכתוב גם מי לימד אתכם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במשימת ה__________ צריך לסמן מאיפה הגיעו בני המשפחה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משימה לרמת 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ציור חפץ משפחתי וכותרת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ראיון עם בן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אתגר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כתיבת מכתב לדור קודם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אתגר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3 מילים שמתארות את המשפחה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סיפור חפץ מגוף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בינוני - חובה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הכנה לראיון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ערכו את הראיון ורשמו את התשובות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קבעו זמן נוח לשיחה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סכמו מה למדתם על בן המשפחה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בן משפחה שתרצו לראיין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הכינו רשימה של לפחות 5 שאלות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חפץ משפחתי (אמיתי או מדומיין) וכתבו עליו 4-5 משפטים: מה הוא, למי הוא שייך ומה הסיפור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שלוש משימות בלוח תבחרו כדי ליצור קו עם משימת החובה? הסבירו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משימות צריך לבחור בסך הכל כדי להשלים את הלוח?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הצבע הירוק לצבע האדום בלוח?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למשימה ברמת בינוני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– אלבום המשפחה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