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אלבום המשפחה שלי – שבילי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לוח בחירה – אלבום המשפחה שלי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משימות לוח הבחירה ואת רמות הקושי שלהן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להתכונן לראיון משפחתי ולאיסוף מידע משפחתי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חשיבה על חפצים, סיפורים ומתכונים משפחתיים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הלוח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9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ראיון עם בן משפחה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קו של שלוש משימות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ירוק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5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משימת החובה מסומנת בצהוב, במרכז הלוח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בהוראות הלוח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היא מסומנת בצבע אדום - אתגר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יש רק משימת חובה אחת, במרכז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זו אחת ממשימות האתגר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חובה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ירוק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אדום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שעון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מתכון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מפה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התאמת משימה לרמת קושי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(קל)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(בינוני - חובה)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(אתגר)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(קל)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(אתגר)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הכנה לראיון משפחתי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בחרו בן משפחה שתרצו לראיין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הכינו רשימה של לפחות 5 שאלות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קבעו זמן נוח לשיחה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ערכו את הראיון ורשמו את התשובות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סכמו מה למדתם על בן המשפחה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 יבחר חפץ, יתאר אותו ויציין קשר משפחתי וסיפור קצר הגיוני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תלמיד יבחר שתי משימות נוספות שיוצרות קו עם המשימה המרכזית ויסביר העדפה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שלוש משימות - חובה ועוד שתיים ביצירת קו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ירוק=קל, אדום=אתגר (קושי גבוה יותר)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למשל: ראיון, מתכון משפחתי או סימון מפה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הלוח בכיתה ולתרגל יחד את זיהוי רמות הקושי לפני העבודה העצמאית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לעודד תלמידים לשתף דוגמה אחת מהמשפחה שלהם בעל פה לפני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משימות המסומנות skip_n מתאימות פחות לכיתת החינוך המיוחד וניתן להשמיטן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אלבום המשפחה שלי – שבילי המורשת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לוח בחירה – אלבום המשפחה שלי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בלוח הבחירה יש תשעה משימות בשלוש רמות קושי, ועליכם לבחור את משימת החובה ועוד שתיים כך שייווצר קו. דף זה מתרגל את התוכן של המשימות עצמן.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הלוח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כמה משימות יש בלוח הבחירה בסך הכל?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6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משימה נמצאת במרכז הלוח ומסומנת כחובה?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ציור חפץ משפחתי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ראיון עם בן משפחה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מכתב לדור קודם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כתיבת מתכון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כדי לסיים את הלוח צריך ליצור...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ריבוע שלם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קו של שלוש משימות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עיגול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רשימה של כל המשימות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איזה צבע מסמן את המשימות הקלות ביותר?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אדום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צהוב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ירוק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כחול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כמה שאלות לפחות צריך לשאול בראיון המשפחתי?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2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3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5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10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משימת החובה מסומנת בצבע אדום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ליצור קו גם באלכסון, לא רק בשורה או טור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משימת 'קפסולת זמן' שייכת לרמת הקושי הגבוהה ביותר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בלוח יש שתי משימות חובה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אחת המשימות מבקשת לכתוב מכתב לבן משפחה מדור קודם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כדי לסיים את הלוח צריך לבחור את משימת ה__________ ועוד שתי משימות בקו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משימה בצבע __________ נחשבת למשימה קלה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משימה בצבע __________ נחשבת למשימת אתגר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באחת המשימות צריך לכתוב את סיפור החפץ מנקודת המבט שלו, למשל 'אני ה__________'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משימת ה__________ המשפחתי דורשת לכתוב גם מי לימד אתכם אותו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במשימת ה__________ צריך לסמן מאיפה הגיעו בני המשפחה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התאמת משימה לרמת קושי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ציור חפץ משפחתי וכותרת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אתגר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ראיון עם בן משפחה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קל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כתיבת מכתב לדור קודם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בינוני - חובה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3 מילים שמתארות את המשפחה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אתגר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סיפור חפץ מגוף ראשון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קל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הכנה לראיון משפחתי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הכינו רשימה של לפחות 5 שאלות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ערכו את הראיון ורשמו את התשובות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סכמו מה למדתם על בן המשפחה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בחרו בן משפחה שתרצו לראיין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קבעו זמן נוח לשיחה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חפץ משפחתי (אמיתי או מדומיין) וכתבו עליו 4-5 משפטים: מה הוא, למי הוא שייך ומה הסיפור שלו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אילו שלוש משימות בלוח תבחרו כדי ליצור קו עם משימת החובה? הסבירו למה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כמה משימות צריך לבחור בסך הכל כדי להשלים את הלוח?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הצבע הירוק לצבע האדום בלוח?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למשימה ברמת בינוני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לוח בחירה – אלבום המשפחה שלי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